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4C9E" w:rsidRDefault="00000000" w:rsidP="00506FD9">
      <w:pPr>
        <w:pageBreakBefore/>
        <w:jc w:val="right"/>
      </w:pPr>
      <w:r>
        <w:rPr>
          <w:i/>
        </w:rPr>
        <w:t>1-қосымша</w:t>
      </w:r>
    </w:p>
    <w:p w:rsidR="003543DC" w:rsidRDefault="003543DC" w:rsidP="00506FD9">
      <w:pPr>
        <w:keepNext/>
        <w:spacing w:before="240"/>
        <w:jc w:val="center"/>
        <w:rPr>
          <w:b/>
        </w:rPr>
      </w:pPr>
    </w:p>
    <w:p w:rsidR="003543DC" w:rsidRDefault="003543DC" w:rsidP="00506FD9">
      <w:pPr>
        <w:keepNext/>
        <w:spacing w:before="240"/>
        <w:jc w:val="center"/>
        <w:rPr>
          <w:b/>
        </w:rPr>
      </w:pPr>
    </w:p>
    <w:p w:rsidR="007D4C9E" w:rsidRDefault="00000000" w:rsidP="00506FD9">
      <w:pPr>
        <w:keepNext/>
        <w:spacing w:before="240"/>
        <w:jc w:val="center"/>
      </w:pPr>
      <w:r>
        <w:rPr>
          <w:b/>
        </w:rPr>
        <w:t>ӨТІНІМ НЫСАНЫ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535"/>
      </w:tblGrid>
      <w:tr w:rsidR="007D4C9E">
        <w:trPr>
          <w:tblHeader/>
          <w:jc w:val="center"/>
        </w:trPr>
        <w:tc>
          <w:tcPr>
            <w:tcW w:w="4819" w:type="dxa"/>
            <w:shd w:val="clear" w:color="auto" w:fill="D9E2F3"/>
          </w:tcPr>
          <w:p w:rsidR="007D4C9E" w:rsidRPr="008970C8" w:rsidRDefault="00000000" w:rsidP="00506FD9">
            <w:pPr>
              <w:spacing w:after="0"/>
              <w:jc w:val="center"/>
              <w:rPr>
                <w:szCs w:val="24"/>
              </w:rPr>
            </w:pPr>
            <w:r w:rsidRPr="008970C8">
              <w:rPr>
                <w:b/>
                <w:szCs w:val="24"/>
              </w:rPr>
              <w:t>Дерек</w:t>
            </w:r>
          </w:p>
        </w:tc>
        <w:tc>
          <w:tcPr>
            <w:tcW w:w="4535" w:type="dxa"/>
            <w:shd w:val="clear" w:color="auto" w:fill="D9E2F3"/>
          </w:tcPr>
          <w:p w:rsidR="007D4C9E" w:rsidRPr="008970C8" w:rsidRDefault="00000000" w:rsidP="00506FD9">
            <w:pPr>
              <w:spacing w:after="0"/>
              <w:jc w:val="center"/>
              <w:rPr>
                <w:szCs w:val="24"/>
              </w:rPr>
            </w:pPr>
            <w:r w:rsidRPr="008970C8">
              <w:rPr>
                <w:b/>
                <w:szCs w:val="24"/>
              </w:rPr>
              <w:t>Толтыру</w:t>
            </w:r>
          </w:p>
        </w:tc>
      </w:tr>
      <w:tr w:rsidR="007D4C9E">
        <w:trPr>
          <w:jc w:val="center"/>
        </w:trPr>
        <w:tc>
          <w:tcPr>
            <w:tcW w:w="4819" w:type="dxa"/>
          </w:tcPr>
          <w:p w:rsidR="007D4C9E" w:rsidRPr="008970C8" w:rsidRDefault="00000000" w:rsidP="008970C8">
            <w:pPr>
              <w:rPr>
                <w:szCs w:val="24"/>
              </w:rPr>
            </w:pPr>
            <w:r w:rsidRPr="008970C8">
              <w:rPr>
                <w:szCs w:val="24"/>
              </w:rPr>
              <w:t>Номинация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rPr>
                <w:szCs w:val="24"/>
              </w:rPr>
            </w:pPr>
          </w:p>
        </w:tc>
      </w:tr>
      <w:tr w:rsidR="007D4C9E">
        <w:trPr>
          <w:jc w:val="center"/>
        </w:trPr>
        <w:tc>
          <w:tcPr>
            <w:tcW w:w="4819" w:type="dxa"/>
          </w:tcPr>
          <w:p w:rsidR="008970C8" w:rsidRDefault="00000000" w:rsidP="008970C8">
            <w:pPr>
              <w:spacing w:after="0"/>
              <w:rPr>
                <w:szCs w:val="24"/>
              </w:rPr>
            </w:pPr>
            <w:r w:rsidRPr="008970C8">
              <w:rPr>
                <w:szCs w:val="24"/>
              </w:rPr>
              <w:t xml:space="preserve">Тегі, аты, әкесінің аты </w:t>
            </w:r>
          </w:p>
          <w:p w:rsidR="007D4C9E" w:rsidRPr="008970C8" w:rsidRDefault="00000000" w:rsidP="008970C8">
            <w:pPr>
              <w:spacing w:after="0"/>
              <w:rPr>
                <w:szCs w:val="24"/>
              </w:rPr>
            </w:pPr>
            <w:r w:rsidRPr="008970C8">
              <w:rPr>
                <w:i/>
                <w:iCs/>
                <w:szCs w:val="24"/>
              </w:rPr>
              <w:t>(«Үздік БАҚ» үшін – БАҚ атауы)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spacing w:after="0"/>
              <w:rPr>
                <w:szCs w:val="24"/>
              </w:rPr>
            </w:pPr>
          </w:p>
        </w:tc>
      </w:tr>
      <w:tr w:rsidR="007D4C9E">
        <w:trPr>
          <w:jc w:val="center"/>
        </w:trPr>
        <w:tc>
          <w:tcPr>
            <w:tcW w:w="4819" w:type="dxa"/>
          </w:tcPr>
          <w:p w:rsidR="008970C8" w:rsidRDefault="00000000" w:rsidP="008970C8">
            <w:pPr>
              <w:spacing w:after="0"/>
              <w:rPr>
                <w:szCs w:val="24"/>
              </w:rPr>
            </w:pPr>
            <w:r w:rsidRPr="008970C8">
              <w:rPr>
                <w:szCs w:val="24"/>
              </w:rPr>
              <w:t xml:space="preserve">Туған күні </w:t>
            </w:r>
          </w:p>
          <w:p w:rsidR="007D4C9E" w:rsidRPr="008970C8" w:rsidRDefault="00000000" w:rsidP="008970C8">
            <w:pPr>
              <w:spacing w:after="0"/>
              <w:rPr>
                <w:szCs w:val="24"/>
              </w:rPr>
            </w:pPr>
            <w:r w:rsidRPr="008970C8">
              <w:rPr>
                <w:i/>
                <w:iCs/>
                <w:szCs w:val="24"/>
              </w:rPr>
              <w:t>(«Үздік БАҚ» үшін – құрылған жылы)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spacing w:after="0"/>
              <w:rPr>
                <w:szCs w:val="24"/>
              </w:rPr>
            </w:pPr>
          </w:p>
        </w:tc>
      </w:tr>
      <w:tr w:rsidR="007D4C9E">
        <w:trPr>
          <w:jc w:val="center"/>
        </w:trPr>
        <w:tc>
          <w:tcPr>
            <w:tcW w:w="4819" w:type="dxa"/>
          </w:tcPr>
          <w:p w:rsidR="008970C8" w:rsidRDefault="00000000" w:rsidP="008970C8">
            <w:pPr>
              <w:spacing w:after="0"/>
              <w:rPr>
                <w:szCs w:val="24"/>
              </w:rPr>
            </w:pPr>
            <w:r w:rsidRPr="008970C8">
              <w:rPr>
                <w:szCs w:val="24"/>
              </w:rPr>
              <w:t xml:space="preserve">Азаматтығы, тұрақты мекенжайы </w:t>
            </w:r>
          </w:p>
          <w:p w:rsidR="007D4C9E" w:rsidRPr="008970C8" w:rsidRDefault="00000000" w:rsidP="008970C8">
            <w:pPr>
              <w:spacing w:after="0"/>
              <w:rPr>
                <w:szCs w:val="24"/>
              </w:rPr>
            </w:pPr>
            <w:r w:rsidRPr="008970C8">
              <w:rPr>
                <w:i/>
                <w:iCs/>
                <w:szCs w:val="24"/>
              </w:rPr>
              <w:t>(ел, қала)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rPr>
                <w:szCs w:val="24"/>
              </w:rPr>
            </w:pPr>
          </w:p>
        </w:tc>
      </w:tr>
      <w:tr w:rsidR="007D4C9E" w:rsidRPr="003543DC">
        <w:trPr>
          <w:jc w:val="center"/>
        </w:trPr>
        <w:tc>
          <w:tcPr>
            <w:tcW w:w="4819" w:type="dxa"/>
          </w:tcPr>
          <w:p w:rsidR="008970C8" w:rsidRDefault="00000000" w:rsidP="008970C8">
            <w:pPr>
              <w:spacing w:after="0"/>
              <w:rPr>
                <w:szCs w:val="24"/>
                <w:lang w:val="ru-RU"/>
              </w:rPr>
            </w:pPr>
            <w:r w:rsidRPr="008970C8">
              <w:rPr>
                <w:szCs w:val="24"/>
                <w:lang w:val="ru-RU"/>
              </w:rPr>
              <w:t xml:space="preserve">БАҚ атауы, түрі </w:t>
            </w:r>
          </w:p>
          <w:p w:rsidR="007D4C9E" w:rsidRPr="008970C8" w:rsidRDefault="00000000" w:rsidP="008970C8">
            <w:pPr>
              <w:spacing w:after="0"/>
              <w:rPr>
                <w:szCs w:val="24"/>
                <w:lang w:val="ru-RU"/>
              </w:rPr>
            </w:pPr>
            <w:r w:rsidRPr="008970C8">
              <w:rPr>
                <w:i/>
                <w:iCs/>
                <w:szCs w:val="24"/>
                <w:lang w:val="ru-RU"/>
              </w:rPr>
              <w:t>(газет, журнал, ТВ, радио, онлайн)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rPr>
                <w:szCs w:val="24"/>
                <w:lang w:val="ru-RU"/>
              </w:rPr>
            </w:pPr>
          </w:p>
        </w:tc>
      </w:tr>
      <w:tr w:rsidR="007D4C9E" w:rsidRPr="003543DC">
        <w:trPr>
          <w:jc w:val="center"/>
        </w:trPr>
        <w:tc>
          <w:tcPr>
            <w:tcW w:w="4819" w:type="dxa"/>
          </w:tcPr>
          <w:p w:rsidR="007D4C9E" w:rsidRPr="008970C8" w:rsidRDefault="00000000" w:rsidP="008970C8">
            <w:pPr>
              <w:rPr>
                <w:szCs w:val="24"/>
                <w:lang w:val="ru-RU"/>
              </w:rPr>
            </w:pPr>
            <w:r w:rsidRPr="008970C8">
              <w:rPr>
                <w:szCs w:val="24"/>
                <w:lang w:val="ru-RU"/>
              </w:rPr>
              <w:t>Лауазымы және журналистикадағы жұмыс өтілі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rPr>
                <w:szCs w:val="24"/>
                <w:lang w:val="ru-RU"/>
              </w:rPr>
            </w:pPr>
          </w:p>
        </w:tc>
      </w:tr>
      <w:tr w:rsidR="007D4C9E" w:rsidRPr="003543DC">
        <w:trPr>
          <w:jc w:val="center"/>
        </w:trPr>
        <w:tc>
          <w:tcPr>
            <w:tcW w:w="4819" w:type="dxa"/>
          </w:tcPr>
          <w:p w:rsidR="008970C8" w:rsidRDefault="00000000" w:rsidP="008970C8">
            <w:pPr>
              <w:spacing w:after="0"/>
              <w:rPr>
                <w:szCs w:val="24"/>
                <w:lang w:val="ru-RU"/>
              </w:rPr>
            </w:pPr>
            <w:r w:rsidRPr="008970C8">
              <w:rPr>
                <w:szCs w:val="24"/>
                <w:lang w:val="ru-RU"/>
              </w:rPr>
              <w:t xml:space="preserve">Ұсынылатын материалдар </w:t>
            </w:r>
          </w:p>
          <w:p w:rsidR="007D4C9E" w:rsidRPr="008970C8" w:rsidRDefault="00000000" w:rsidP="008970C8">
            <w:pPr>
              <w:spacing w:after="0"/>
              <w:rPr>
                <w:szCs w:val="24"/>
                <w:lang w:val="ru-RU"/>
              </w:rPr>
            </w:pPr>
            <w:r w:rsidRPr="008970C8">
              <w:rPr>
                <w:i/>
                <w:iCs/>
                <w:szCs w:val="24"/>
                <w:lang w:val="ru-RU"/>
              </w:rPr>
              <w:t>(атауы, жарияланған күні, сілтеме)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rPr>
                <w:szCs w:val="24"/>
                <w:lang w:val="ru-RU"/>
              </w:rPr>
            </w:pPr>
          </w:p>
        </w:tc>
      </w:tr>
      <w:tr w:rsidR="007D4C9E">
        <w:trPr>
          <w:jc w:val="center"/>
        </w:trPr>
        <w:tc>
          <w:tcPr>
            <w:tcW w:w="4819" w:type="dxa"/>
          </w:tcPr>
          <w:p w:rsidR="007D4C9E" w:rsidRPr="008970C8" w:rsidRDefault="00000000" w:rsidP="008970C8">
            <w:pPr>
              <w:rPr>
                <w:szCs w:val="24"/>
              </w:rPr>
            </w:pPr>
            <w:r w:rsidRPr="008970C8">
              <w:rPr>
                <w:szCs w:val="24"/>
              </w:rPr>
              <w:t>Телефон, e-mail, WhatsApp/Telegram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rPr>
                <w:szCs w:val="24"/>
              </w:rPr>
            </w:pPr>
          </w:p>
        </w:tc>
      </w:tr>
      <w:tr w:rsidR="007D4C9E">
        <w:trPr>
          <w:jc w:val="center"/>
        </w:trPr>
        <w:tc>
          <w:tcPr>
            <w:tcW w:w="4819" w:type="dxa"/>
          </w:tcPr>
          <w:p w:rsidR="007D4C9E" w:rsidRPr="008970C8" w:rsidRDefault="00000000" w:rsidP="008970C8">
            <w:pPr>
              <w:rPr>
                <w:szCs w:val="24"/>
                <w:lang w:val="ru-RU"/>
              </w:rPr>
            </w:pPr>
            <w:r w:rsidRPr="008970C8">
              <w:rPr>
                <w:szCs w:val="24"/>
                <w:lang w:val="ru-RU"/>
              </w:rPr>
              <w:t>Дербес деректерді өңдеуге және материалдарды жариялауға келісім</w:t>
            </w:r>
          </w:p>
        </w:tc>
        <w:tc>
          <w:tcPr>
            <w:tcW w:w="4535" w:type="dxa"/>
          </w:tcPr>
          <w:p w:rsidR="007D4C9E" w:rsidRPr="008970C8" w:rsidRDefault="00000000" w:rsidP="008970C8">
            <w:pPr>
              <w:rPr>
                <w:szCs w:val="24"/>
              </w:rPr>
            </w:pPr>
            <w:r w:rsidRPr="008970C8">
              <w:rPr>
                <w:szCs w:val="24"/>
              </w:rPr>
              <w:t>Иә / Жоқ</w:t>
            </w:r>
          </w:p>
        </w:tc>
      </w:tr>
      <w:tr w:rsidR="007D4C9E">
        <w:trPr>
          <w:jc w:val="center"/>
        </w:trPr>
        <w:tc>
          <w:tcPr>
            <w:tcW w:w="4819" w:type="dxa"/>
          </w:tcPr>
          <w:p w:rsidR="007D4C9E" w:rsidRPr="008970C8" w:rsidRDefault="00000000" w:rsidP="008970C8">
            <w:pPr>
              <w:rPr>
                <w:szCs w:val="24"/>
              </w:rPr>
            </w:pPr>
            <w:r w:rsidRPr="008970C8">
              <w:rPr>
                <w:szCs w:val="24"/>
              </w:rPr>
              <w:t>Қолы, күні</w:t>
            </w:r>
          </w:p>
        </w:tc>
        <w:tc>
          <w:tcPr>
            <w:tcW w:w="4535" w:type="dxa"/>
          </w:tcPr>
          <w:p w:rsidR="007D4C9E" w:rsidRPr="008970C8" w:rsidRDefault="007D4C9E" w:rsidP="008970C8">
            <w:pPr>
              <w:rPr>
                <w:szCs w:val="24"/>
              </w:rPr>
            </w:pPr>
          </w:p>
        </w:tc>
      </w:tr>
    </w:tbl>
    <w:p w:rsidR="007D4C9E" w:rsidRDefault="007D4C9E" w:rsidP="00506FD9">
      <w:pPr>
        <w:spacing w:after="0"/>
      </w:pPr>
    </w:p>
    <w:sectPr w:rsidR="007D4C9E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5282597">
    <w:abstractNumId w:val="8"/>
  </w:num>
  <w:num w:numId="2" w16cid:durableId="174080778">
    <w:abstractNumId w:val="6"/>
  </w:num>
  <w:num w:numId="3" w16cid:durableId="7491774">
    <w:abstractNumId w:val="5"/>
  </w:num>
  <w:num w:numId="4" w16cid:durableId="1828667030">
    <w:abstractNumId w:val="4"/>
  </w:num>
  <w:num w:numId="5" w16cid:durableId="937056344">
    <w:abstractNumId w:val="7"/>
  </w:num>
  <w:num w:numId="6" w16cid:durableId="834683054">
    <w:abstractNumId w:val="3"/>
  </w:num>
  <w:num w:numId="7" w16cid:durableId="56319947">
    <w:abstractNumId w:val="2"/>
  </w:num>
  <w:num w:numId="8" w16cid:durableId="2003387905">
    <w:abstractNumId w:val="1"/>
  </w:num>
  <w:num w:numId="9" w16cid:durableId="769394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43DC"/>
    <w:rsid w:val="00506FD9"/>
    <w:rsid w:val="0055036E"/>
    <w:rsid w:val="007D4C9E"/>
    <w:rsid w:val="008970C8"/>
    <w:rsid w:val="00AA1D8D"/>
    <w:rsid w:val="00B47730"/>
    <w:rsid w:val="00CB0664"/>
    <w:rsid w:val="00E220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CBA6C"/>
  <w14:defaultImageDpi w14:val="300"/>
  <w15:docId w15:val="{90EFF574-146F-FD44-8163-499EB1B5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Triple A</cp:lastModifiedBy>
  <cp:revision>5</cp:revision>
  <cp:lastPrinted>2026-10-13T10:01:00Z</cp:lastPrinted>
  <dcterms:created xsi:type="dcterms:W3CDTF">2013-12-23T23:15:00Z</dcterms:created>
  <dcterms:modified xsi:type="dcterms:W3CDTF">2026-10-13T14:57:00Z</dcterms:modified>
  <cp:category/>
</cp:coreProperties>
</file>